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2169AE"/>
          <w:sz w:val="18"/>
        </w:rPr>
        <w:t>ERASMUS+  |  IChF PAN</w:t>
      </w:r>
    </w:p>
    <w:p>
      <w:pPr>
        <w:spacing w:after="60"/>
      </w:pPr>
      <w:r>
        <w:rPr>
          <w:b/>
          <w:color w:val="153869"/>
          <w:sz w:val="36"/>
        </w:rPr>
        <w:t>Participant and Mobility Details</w:t>
      </w:r>
    </w:p>
    <w:p>
      <w:pPr>
        <w:spacing w:after="240"/>
      </w:pPr>
      <w:r>
        <w:rPr>
          <w:b w:val="0"/>
          <w:color w:val="2169AE"/>
          <w:sz w:val="16"/>
        </w:rPr>
        <w:t>PLANNED MOBILITY APPLICATION FORM  •  01 / 03</w:t>
      </w:r>
    </w:p>
    <w:p>
      <w:pPr>
        <w:spacing w:after="120"/>
      </w:pPr>
      <w:r>
        <w:rPr>
          <w:b w:val="0"/>
          <w:color w:val="5F6D7D"/>
          <w:sz w:val="16"/>
        </w:rPr>
        <w:t>Before completing this form, please contact the Erasmus+ Coordinator to discuss your planned mobility. Submitting this form does not mean that funding has been approved.</w:t>
      </w:r>
    </w:p>
    <w:p>
      <w:pPr>
        <w:spacing w:after="140"/>
      </w:pPr>
      <w:r>
        <w:rPr>
          <w:b/>
          <w:color w:val="153869"/>
          <w:sz w:val="22"/>
        </w:rPr>
        <w:t>A. Participant Details</w:t>
      </w:r>
    </w:p>
    <w:p>
      <w:pPr>
        <w:spacing w:after="60"/>
      </w:pPr>
      <w:r>
        <w:rPr>
          <w:b/>
          <w:color w:val="223246"/>
          <w:sz w:val="18"/>
        </w:rPr>
        <w:t>Full name: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223246"/>
          <w:sz w:val="18"/>
        </w:rPr>
        <w:t>Unit / research group / department: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223246"/>
          <w:sz w:val="18"/>
        </w:rPr>
        <w:t>Position or PhD student status: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223246"/>
          <w:sz w:val="18"/>
        </w:rPr>
        <w:t>Work email and phone number: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53869"/>
          <w:sz w:val="22"/>
        </w:rPr>
        <w:t>B. Planned Mobility Details</w:t>
      </w:r>
    </w:p>
    <w:p>
      <w:pPr>
        <w:spacing w:after="100"/>
      </w:pPr>
      <w:r>
        <w:rPr>
          <w:b/>
          <w:color w:val="223246"/>
          <w:sz w:val="18"/>
        </w:rPr>
        <w:t>Type of mobility (please tick):</w:t>
      </w:r>
    </w:p>
    <w:p>
      <w:pPr>
        <w:spacing w:after="80"/>
      </w:pPr>
      <w:r>
        <w:rPr>
          <w:b w:val="0"/>
          <w:color w:val="223246"/>
          <w:sz w:val="18"/>
        </w:rPr>
        <w:t>☐  Staff – training / training visit (STT)     ☐  Staff – teaching (STA)</w:t>
      </w:r>
    </w:p>
    <w:p>
      <w:pPr>
        <w:spacing w:after="80"/>
      </w:pPr>
      <w:r>
        <w:rPr>
          <w:b w:val="0"/>
          <w:color w:val="223246"/>
          <w:sz w:val="18"/>
        </w:rPr>
        <w:t>☐  PhD student – long-term traineeship     ☐  PhD student – short-term mobility</w:t>
      </w:r>
    </w:p>
    <w:p>
      <w:pPr>
        <w:spacing w:after="60"/>
      </w:pPr>
      <w:r>
        <w:rPr>
          <w:b/>
          <w:color w:val="223246"/>
          <w:sz w:val="18"/>
        </w:rPr>
        <w:t>Host institution, city and country: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223246"/>
          <w:sz w:val="18"/>
        </w:rPr>
        <w:t>Planned dates (from–to) and number of days: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223246"/>
          <w:sz w:val="18"/>
        </w:rPr>
        <w:t>Name of training / programme or mobility topic: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00"/>
      </w:pPr>
      <w:r>
        <w:rPr>
          <w:b/>
          <w:color w:val="223246"/>
          <w:sz w:val="18"/>
        </w:rPr>
        <w:t>Is there an online part?   ☐ No     ☐ Yes     ☐ Not sure</w:t>
      </w:r>
    </w:p>
    <w:p>
      <w:pPr>
        <w:spacing w:after="60"/>
      </w:pPr>
      <w:r>
        <w:rPr>
          <w:b/>
          <w:color w:val="223246"/>
          <w:sz w:val="18"/>
        </w:rPr>
        <w:t>If yes: dates and type of online activities / BIP name (if applicable):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80"/>
      </w:pPr>
      <w:r>
        <w:rPr>
          <w:b/>
          <w:color w:val="2169AE"/>
          <w:sz w:val="18"/>
        </w:rPr>
        <w:t>ERASMUS+  |  IChF PAN</w:t>
      </w:r>
    </w:p>
    <w:p>
      <w:pPr>
        <w:spacing w:after="60"/>
      </w:pPr>
      <w:r>
        <w:rPr>
          <w:b/>
          <w:color w:val="153869"/>
          <w:sz w:val="36"/>
        </w:rPr>
        <w:t>Reasons and Expected Results</w:t>
      </w:r>
    </w:p>
    <w:p>
      <w:pPr>
        <w:spacing w:after="240"/>
      </w:pPr>
      <w:r>
        <w:rPr>
          <w:b w:val="0"/>
          <w:color w:val="2169AE"/>
          <w:sz w:val="16"/>
        </w:rPr>
        <w:t>PLANNED MOBILITY APPLICATION FORM  •  02 / 03</w:t>
      </w:r>
    </w:p>
    <w:p>
      <w:pPr>
        <w:spacing w:after="120"/>
      </w:pPr>
      <w:r>
        <w:rPr>
          <w:b w:val="0"/>
          <w:color w:val="5F6D7D"/>
          <w:sz w:val="16"/>
        </w:rPr>
        <w:t>Please give specific answers. General statements such as “I want to learn more” may need more detail about the purpose and how you will use the knowledge.</w:t>
      </w:r>
    </w:p>
    <w:p>
      <w:pPr>
        <w:spacing w:after="60"/>
      </w:pPr>
      <w:r>
        <w:rPr>
          <w:b/>
          <w:color w:val="153869"/>
          <w:sz w:val="20"/>
        </w:rPr>
        <w:t>1. Purpose and Reasons for the Visit</w:t>
      </w:r>
    </w:p>
    <w:p>
      <w:pPr>
        <w:spacing w:after="120"/>
      </w:pPr>
      <w:r>
        <w:rPr>
          <w:b w:val="0"/>
          <w:color w:val="5F6D7D"/>
          <w:sz w:val="16"/>
        </w:rPr>
        <w:t>Why do you want to take part? How is this visit connected to your work, research or PhD studies?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153869"/>
          <w:sz w:val="20"/>
        </w:rPr>
        <w:t>2. Choice of Host Institution or Training</w:t>
      </w:r>
    </w:p>
    <w:p>
      <w:pPr>
        <w:spacing w:after="120"/>
      </w:pPr>
      <w:r>
        <w:rPr>
          <w:b w:val="0"/>
          <w:color w:val="5F6D7D"/>
          <w:sz w:val="16"/>
        </w:rPr>
        <w:t>Why did you choose this institution, laboratory or programme? What special opportunities does it offer?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153869"/>
          <w:sz w:val="20"/>
        </w:rPr>
        <w:t>3. Expected Results</w:t>
      </w:r>
    </w:p>
    <w:p>
      <w:pPr>
        <w:spacing w:after="120"/>
      </w:pPr>
      <w:r>
        <w:rPr>
          <w:b w:val="0"/>
          <w:color w:val="5F6D7D"/>
          <w:sz w:val="16"/>
        </w:rPr>
        <w:t>What specific skills, methods, experience or knowledge do you expect to gain?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153869"/>
          <w:sz w:val="20"/>
        </w:rPr>
        <w:t>4. Benefits for IChF PAN and International Cooperation</w:t>
      </w:r>
    </w:p>
    <w:p>
      <w:pPr>
        <w:spacing w:after="120"/>
      </w:pPr>
      <w:r>
        <w:rPr>
          <w:b w:val="0"/>
          <w:color w:val="5F6D7D"/>
          <w:sz w:val="16"/>
        </w:rPr>
        <w:t>How will the visit help your team, the Institute, projects or cooperation with international partners?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153869"/>
          <w:sz w:val="20"/>
        </w:rPr>
        <w:t>5. Using and Sharing the Results</w:t>
      </w:r>
    </w:p>
    <w:p>
      <w:pPr>
        <w:spacing w:after="120"/>
      </w:pPr>
      <w:r>
        <w:rPr>
          <w:b w:val="0"/>
          <w:color w:val="5F6D7D"/>
          <w:sz w:val="16"/>
        </w:rPr>
        <w:t>How will you use what you learn? How will you share the results after your return?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80"/>
      </w:pPr>
      <w:r>
        <w:rPr>
          <w:b/>
          <w:color w:val="2169AE"/>
          <w:sz w:val="18"/>
        </w:rPr>
        <w:t>ERASMUS+  |  IChF PAN</w:t>
      </w:r>
    </w:p>
    <w:p>
      <w:pPr>
        <w:spacing w:after="60"/>
      </w:pPr>
      <w:r>
        <w:rPr>
          <w:b/>
          <w:color w:val="153869"/>
          <w:sz w:val="36"/>
        </w:rPr>
        <w:t>Declarations and Approvals</w:t>
      </w:r>
    </w:p>
    <w:p>
      <w:pPr>
        <w:spacing w:after="240"/>
      </w:pPr>
      <w:r>
        <w:rPr>
          <w:b w:val="0"/>
          <w:color w:val="2169AE"/>
          <w:sz w:val="16"/>
        </w:rPr>
        <w:t>PLANNED MOBILITY APPLICATION FORM  •  03 / 03</w:t>
      </w:r>
    </w:p>
    <w:p>
      <w:pPr>
        <w:spacing w:after="140"/>
      </w:pPr>
      <w:r>
        <w:rPr>
          <w:b/>
          <w:color w:val="153869"/>
          <w:sz w:val="22"/>
        </w:rPr>
        <w:t>C. Participant Declarations</w:t>
      </w:r>
    </w:p>
    <w:p>
      <w:pPr>
        <w:spacing w:after="80"/>
      </w:pPr>
      <w:r>
        <w:rPr>
          <w:b w:val="0"/>
          <w:color w:val="223246"/>
          <w:sz w:val="18"/>
        </w:rPr>
        <w:t>☐  I confirm that the information in this form is correct to the best of my knowledge.</w:t>
      </w:r>
    </w:p>
    <w:p>
      <w:pPr>
        <w:spacing w:after="80"/>
      </w:pPr>
      <w:r>
        <w:rPr>
          <w:b w:val="0"/>
          <w:color w:val="223246"/>
          <w:sz w:val="18"/>
        </w:rPr>
        <w:t>☐  I agree to complete all required documents before the visit and all formalities after my return.</w:t>
      </w:r>
    </w:p>
    <w:p>
      <w:pPr>
        <w:spacing w:after="80"/>
      </w:pPr>
      <w:r>
        <w:rPr>
          <w:b w:val="0"/>
          <w:color w:val="223246"/>
          <w:sz w:val="18"/>
        </w:rPr>
        <w:t>☐  I understand that funding depends on eligibility, available funds and the required approvals.</w:t>
      </w:r>
    </w:p>
    <w:p>
      <w:pPr>
        <w:spacing w:after="60"/>
      </w:pPr>
      <w:r>
        <w:rPr>
          <w:b/>
          <w:color w:val="223246"/>
          <w:sz w:val="18"/>
        </w:rPr>
        <w:t>Date and participant signature: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53869"/>
          <w:sz w:val="22"/>
        </w:rPr>
        <w:t>D. Supervisor / PhD Supervisor Approval</w:t>
      </w:r>
    </w:p>
    <w:p>
      <w:pPr>
        <w:spacing w:after="100"/>
      </w:pPr>
      <w:r>
        <w:rPr>
          <w:b/>
          <w:color w:val="223246"/>
          <w:sz w:val="18"/>
        </w:rPr>
        <w:t>How is the visit related to work duties or the PhD study plan?</w:t>
      </w:r>
    </w:p>
    <w:p>
      <w:pPr>
        <w:spacing w:after="80"/>
      </w:pPr>
      <w:r>
        <w:rPr>
          <w:b w:val="0"/>
          <w:color w:val="223246"/>
          <w:sz w:val="18"/>
        </w:rPr>
        <w:t>☐  I support the application     ☐  I do not support it     ☐  More details needed</w:t>
      </w:r>
    </w:p>
    <w:p>
      <w:pPr>
        <w:spacing w:after="60"/>
      </w:pPr>
      <w:r>
        <w:rPr>
          <w:b/>
          <w:color w:val="223246"/>
          <w:sz w:val="18"/>
        </w:rPr>
        <w:t>Comments / reasons (optional):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223246"/>
          <w:sz w:val="18"/>
        </w:rPr>
        <w:t>Name, position, date and signature: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/>
          <w:color w:val="153869"/>
          <w:sz w:val="22"/>
        </w:rPr>
        <w:t>E. Erasmus+ Coordinator Review (IChF PAN only)</w:t>
      </w:r>
    </w:p>
    <w:p>
      <w:pPr>
        <w:spacing w:after="100"/>
      </w:pPr>
      <w:r>
        <w:rPr>
          <w:b/>
          <w:color w:val="223246"/>
          <w:sz w:val="18"/>
        </w:rPr>
        <w:t>Initial eligibility check:  ☐ Yes     ☐ No     ☐ To be checked</w:t>
      </w:r>
    </w:p>
    <w:p>
      <w:pPr>
        <w:spacing w:after="100"/>
      </w:pPr>
      <w:r>
        <w:rPr>
          <w:b/>
          <w:color w:val="223246"/>
          <w:sz w:val="18"/>
        </w:rPr>
        <w:t>Funding:  ☐ Available     ☐ Not available     ☐ Being checked</w:t>
      </w:r>
    </w:p>
    <w:p>
      <w:pPr>
        <w:spacing w:after="60"/>
      </w:pPr>
      <w:r>
        <w:rPr>
          <w:b/>
          <w:color w:val="223246"/>
          <w:sz w:val="18"/>
        </w:rPr>
        <w:t>Project / agreement number (if known):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223246"/>
          <w:sz w:val="18"/>
        </w:rPr>
        <w:t>Comments, missing information or special conditions: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60"/>
      </w:pPr>
      <w:r>
        <w:rPr>
          <w:b/>
          <w:color w:val="223246"/>
          <w:sz w:val="18"/>
        </w:rPr>
        <w:t>Date and coordinator signature:</w:t>
      </w:r>
    </w:p>
    <w:p>
      <w:pPr>
        <w:spacing w:after="140"/>
      </w:pPr>
      <w:r>
        <w:rPr>
          <w:b w:val="0"/>
          <w:color w:val="223246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b w:val="0"/>
          <w:color w:val="5F6D7D"/>
          <w:sz w:val="16"/>
        </w:rPr>
        <w:t>After agreeing on the mobility with the Coordinator, submit the required request to HR and get all approvals. This form does not replace business travel documents or Erasmus+ documents.</w:t>
      </w:r>
    </w:p>
    <w:sectPr w:rsidR="00FC693F" w:rsidRPr="0006063C" w:rsidSect="00034616">
      <w:footerReference w:type="default" r:id="rId9"/>
      <w:pgSz w:w="12240" w:h="15840"/>
      <w:pgMar w:top="935" w:right="1191" w:bottom="85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2169AE"/>
        <w:sz w:val="16"/>
      </w:rPr>
      <w:t>IChF PAN  •  Erasmus+  •  Formularz wewnętrzny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232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