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03C3" w14:textId="77777777" w:rsidR="004B01F6" w:rsidRDefault="00000000">
      <w:pPr>
        <w:spacing w:after="80"/>
      </w:pPr>
      <w:r>
        <w:rPr>
          <w:b/>
          <w:color w:val="2169AE"/>
        </w:rPr>
        <w:t>ERASMUS+  |  IChF PAN</w:t>
      </w:r>
    </w:p>
    <w:p w14:paraId="15212DF4" w14:textId="77777777" w:rsidR="004B01F6" w:rsidRDefault="00000000">
      <w:pPr>
        <w:spacing w:after="60"/>
      </w:pPr>
      <w:r>
        <w:rPr>
          <w:b/>
          <w:color w:val="153869"/>
          <w:sz w:val="36"/>
        </w:rPr>
        <w:t>Dane uczestnika i mobilności</w:t>
      </w:r>
    </w:p>
    <w:p w14:paraId="34ECA283" w14:textId="77777777" w:rsidR="004B01F6" w:rsidRDefault="00000000">
      <w:pPr>
        <w:spacing w:after="240"/>
      </w:pPr>
      <w:r>
        <w:rPr>
          <w:color w:val="2169AE"/>
          <w:sz w:val="16"/>
        </w:rPr>
        <w:t>FORMULARZ ZGŁOSZENIA PLANOWANEJ MOBILNOŚCI  •  01 / 03</w:t>
      </w:r>
    </w:p>
    <w:p w14:paraId="75235042" w14:textId="77777777" w:rsidR="004B01F6" w:rsidRDefault="00000000">
      <w:pPr>
        <w:spacing w:after="120"/>
      </w:pPr>
      <w:r>
        <w:rPr>
          <w:color w:val="5F6D7D"/>
          <w:sz w:val="16"/>
        </w:rPr>
        <w:t>Przed wypełnieniem formularza skontaktuj się z koordynatorem Erasmus+ w celu wstępnego omówienia mobilności. Złożenie formularza nie jest równoznaczne z przyznaniem finansowania.</w:t>
      </w:r>
    </w:p>
    <w:p w14:paraId="66CAD78E" w14:textId="77777777" w:rsidR="004B01F6" w:rsidRDefault="00000000">
      <w:pPr>
        <w:spacing w:after="140"/>
      </w:pPr>
      <w:r>
        <w:rPr>
          <w:b/>
          <w:color w:val="153869"/>
          <w:sz w:val="22"/>
        </w:rPr>
        <w:t>A. Dane uczestnika</w:t>
      </w:r>
    </w:p>
    <w:p w14:paraId="0EBC4BDD" w14:textId="77777777" w:rsidR="004B01F6" w:rsidRDefault="00000000">
      <w:pPr>
        <w:spacing w:after="60"/>
      </w:pPr>
      <w:r>
        <w:rPr>
          <w:b/>
        </w:rPr>
        <w:t>Imię i nazwisko:</w:t>
      </w:r>
    </w:p>
    <w:p w14:paraId="68B718A0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5338ACEE" w14:textId="77777777" w:rsidR="004B01F6" w:rsidRDefault="00000000">
      <w:pPr>
        <w:spacing w:after="60"/>
      </w:pPr>
      <w:r>
        <w:rPr>
          <w:b/>
        </w:rPr>
        <w:t>Jednostka / zespół badawczy / dział:</w:t>
      </w:r>
    </w:p>
    <w:p w14:paraId="404F1B80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35DECCB3" w14:textId="77777777" w:rsidR="004B01F6" w:rsidRDefault="00000000">
      <w:pPr>
        <w:spacing w:after="60"/>
      </w:pPr>
      <w:r>
        <w:rPr>
          <w:b/>
        </w:rPr>
        <w:t>Stanowisko lub status doktoranta:</w:t>
      </w:r>
    </w:p>
    <w:p w14:paraId="3F5FC8A4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58A11EB5" w14:textId="77777777" w:rsidR="004B01F6" w:rsidRDefault="00000000">
      <w:pPr>
        <w:spacing w:after="60"/>
      </w:pPr>
      <w:r>
        <w:rPr>
          <w:b/>
        </w:rPr>
        <w:t>Adres e-mail i telefon służbowy:</w:t>
      </w:r>
    </w:p>
    <w:p w14:paraId="3823EB82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550EA754" w14:textId="77777777" w:rsidR="004B01F6" w:rsidRDefault="00000000">
      <w:pPr>
        <w:spacing w:after="140"/>
      </w:pPr>
      <w:r>
        <w:rPr>
          <w:b/>
          <w:color w:val="153869"/>
          <w:sz w:val="22"/>
        </w:rPr>
        <w:t>B. Informacje o planowanym wyjeździe</w:t>
      </w:r>
    </w:p>
    <w:p w14:paraId="2E3617D6" w14:textId="77777777" w:rsidR="004B01F6" w:rsidRDefault="00000000">
      <w:r>
        <w:rPr>
          <w:b/>
        </w:rPr>
        <w:t>Rodzaj mobilności (zaznacz właściwy):</w:t>
      </w:r>
    </w:p>
    <w:p w14:paraId="6C3D29CE" w14:textId="77777777" w:rsidR="004B01F6" w:rsidRDefault="00000000">
      <w:pPr>
        <w:spacing w:after="80"/>
      </w:pPr>
      <w:r>
        <w:t>☐  Pracownik – szkolenie / wizyta szkoleniowa (STT)     ☐  Pracownik – prowadzenie zajęć (STA)</w:t>
      </w:r>
    </w:p>
    <w:p w14:paraId="0179C577" w14:textId="77777777" w:rsidR="004B01F6" w:rsidRDefault="00000000">
      <w:pPr>
        <w:spacing w:after="80"/>
      </w:pPr>
      <w:r>
        <w:t>☐  Doktorant – praktyka długoterminowa     ☐  Doktorant – mobilność krótkoterminowa</w:t>
      </w:r>
    </w:p>
    <w:p w14:paraId="37992300" w14:textId="77777777" w:rsidR="004B01F6" w:rsidRDefault="00000000">
      <w:pPr>
        <w:spacing w:after="60"/>
      </w:pPr>
      <w:r>
        <w:rPr>
          <w:b/>
        </w:rPr>
        <w:t>Instytucja przyjmująca, miasto i kraj:</w:t>
      </w:r>
    </w:p>
    <w:p w14:paraId="08E07665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262AB2E5" w14:textId="77777777" w:rsidR="004B01F6" w:rsidRDefault="00000000">
      <w:pPr>
        <w:spacing w:after="60"/>
      </w:pPr>
      <w:r>
        <w:rPr>
          <w:b/>
        </w:rPr>
        <w:t>Planowany termin (od–do) i liczba dni pobytu:</w:t>
      </w:r>
    </w:p>
    <w:p w14:paraId="4F1DC97E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44C7B97F" w14:textId="77777777" w:rsidR="004B01F6" w:rsidRDefault="00000000">
      <w:pPr>
        <w:spacing w:after="60"/>
      </w:pPr>
      <w:r>
        <w:rPr>
          <w:b/>
        </w:rPr>
        <w:t>Nazwa szkolenia / programu lub temat mobilności:</w:t>
      </w:r>
    </w:p>
    <w:p w14:paraId="3D2404FE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29E06588" w14:textId="77777777" w:rsidR="004B01F6" w:rsidRDefault="00000000">
      <w:r>
        <w:rPr>
          <w:b/>
        </w:rPr>
        <w:t>Czy przewidziano część wirtualną?   ☐ Nie     ☐ Tak     ☐ Nie wiem</w:t>
      </w:r>
    </w:p>
    <w:p w14:paraId="20A3E368" w14:textId="77777777" w:rsidR="004B01F6" w:rsidRDefault="00000000">
      <w:pPr>
        <w:spacing w:after="60"/>
      </w:pPr>
      <w:r>
        <w:rPr>
          <w:b/>
        </w:rPr>
        <w:t>Jeżeli tak: terminy i charakter części wirtualnej / nazwa BIP (jeżeli dotyczy):</w:t>
      </w:r>
    </w:p>
    <w:p w14:paraId="4A57CDD2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257FBE3E" w14:textId="77777777" w:rsidR="004B01F6" w:rsidRDefault="00000000">
      <w:r>
        <w:br w:type="page"/>
      </w:r>
    </w:p>
    <w:p w14:paraId="30B218E8" w14:textId="77777777" w:rsidR="004B01F6" w:rsidRDefault="00000000">
      <w:pPr>
        <w:spacing w:after="80"/>
      </w:pPr>
      <w:r>
        <w:rPr>
          <w:b/>
          <w:color w:val="2169AE"/>
        </w:rPr>
        <w:lastRenderedPageBreak/>
        <w:t>ERASMUS+  |  IChF PAN</w:t>
      </w:r>
    </w:p>
    <w:p w14:paraId="3B724197" w14:textId="77777777" w:rsidR="004B01F6" w:rsidRDefault="00000000">
      <w:pPr>
        <w:spacing w:after="60"/>
      </w:pPr>
      <w:r>
        <w:rPr>
          <w:b/>
          <w:color w:val="153869"/>
          <w:sz w:val="36"/>
        </w:rPr>
        <w:t>Uzasadnienie i oczekiwane rezultaty</w:t>
      </w:r>
    </w:p>
    <w:p w14:paraId="294B185F" w14:textId="77777777" w:rsidR="004B01F6" w:rsidRDefault="00000000">
      <w:pPr>
        <w:spacing w:after="240"/>
      </w:pPr>
      <w:r>
        <w:rPr>
          <w:color w:val="2169AE"/>
          <w:sz w:val="16"/>
        </w:rPr>
        <w:t>FORMULARZ ZGŁOSZENIA PLANOWANEJ MOBILNOŚCI  •  02 / 03</w:t>
      </w:r>
    </w:p>
    <w:p w14:paraId="40F2B82C" w14:textId="77777777" w:rsidR="004B01F6" w:rsidRDefault="00000000">
      <w:pPr>
        <w:spacing w:after="120"/>
      </w:pPr>
      <w:r>
        <w:rPr>
          <w:color w:val="5F6D7D"/>
          <w:sz w:val="16"/>
        </w:rPr>
        <w:t>Prosimy o konkretne odpowiedzi. Ogólne stwierdzenia, np. „poszerzenie wiedzy”, bez wskazania celu i zastosowania, mogą wymagać uzupełnienia.</w:t>
      </w:r>
    </w:p>
    <w:p w14:paraId="3A904AA6" w14:textId="77777777" w:rsidR="004B01F6" w:rsidRDefault="00000000">
      <w:pPr>
        <w:spacing w:after="60"/>
      </w:pPr>
      <w:r>
        <w:rPr>
          <w:b/>
          <w:color w:val="153869"/>
          <w:sz w:val="20"/>
        </w:rPr>
        <w:t>1. Cel i uzasadnienie wyjazdu</w:t>
      </w:r>
    </w:p>
    <w:p w14:paraId="4C8C93E7" w14:textId="77777777" w:rsidR="004B01F6" w:rsidRDefault="00000000">
      <w:pPr>
        <w:spacing w:after="120"/>
      </w:pPr>
      <w:r>
        <w:rPr>
          <w:color w:val="5F6D7D"/>
          <w:sz w:val="16"/>
        </w:rPr>
        <w:t>Dlaczego chcesz wziąć udział? Jaki jest związek mobilności z Twoją pracą, badaniami lub kształceniem doktoranckim?</w:t>
      </w:r>
    </w:p>
    <w:p w14:paraId="4812D757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15DBF6F4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329DBA05" w14:textId="77777777" w:rsidR="004B01F6" w:rsidRDefault="00000000">
      <w:pPr>
        <w:spacing w:after="60"/>
      </w:pPr>
      <w:r>
        <w:rPr>
          <w:b/>
          <w:color w:val="153869"/>
          <w:sz w:val="20"/>
        </w:rPr>
        <w:t>2. Wybór instytucji lub szkolenia</w:t>
      </w:r>
    </w:p>
    <w:p w14:paraId="67F62150" w14:textId="77777777" w:rsidR="004B01F6" w:rsidRDefault="00000000">
      <w:pPr>
        <w:spacing w:after="120"/>
      </w:pPr>
      <w:r>
        <w:rPr>
          <w:color w:val="5F6D7D"/>
          <w:sz w:val="16"/>
        </w:rPr>
        <w:t>Dlaczego wybrano tę instytucję, laboratorium albo program? Co szczególnego oferuje?</w:t>
      </w:r>
    </w:p>
    <w:p w14:paraId="6868EF8C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1CBAC6DF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446C19E6" w14:textId="77777777" w:rsidR="004B01F6" w:rsidRDefault="00000000">
      <w:pPr>
        <w:spacing w:after="60"/>
      </w:pPr>
      <w:r>
        <w:rPr>
          <w:b/>
          <w:color w:val="153869"/>
          <w:sz w:val="20"/>
        </w:rPr>
        <w:t>3. Planowane rezultaty</w:t>
      </w:r>
    </w:p>
    <w:p w14:paraId="022A71F0" w14:textId="77777777" w:rsidR="004B01F6" w:rsidRDefault="00000000">
      <w:pPr>
        <w:spacing w:after="120"/>
      </w:pPr>
      <w:r>
        <w:rPr>
          <w:color w:val="5F6D7D"/>
          <w:sz w:val="16"/>
        </w:rPr>
        <w:t>Jakie konkretne umiejętności, metody, doświadczenia lub kompetencje zamierzasz zdobyć?</w:t>
      </w:r>
    </w:p>
    <w:p w14:paraId="3161AE73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0B6E3658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1E2779CE" w14:textId="77777777" w:rsidR="004B01F6" w:rsidRDefault="00000000">
      <w:pPr>
        <w:spacing w:after="60"/>
      </w:pPr>
      <w:r>
        <w:rPr>
          <w:b/>
          <w:color w:val="153869"/>
          <w:sz w:val="20"/>
        </w:rPr>
        <w:t>4. Korzyści dla IChF PAN i współpracy międzynarodowej</w:t>
      </w:r>
    </w:p>
    <w:p w14:paraId="6B789146" w14:textId="77777777" w:rsidR="004B01F6" w:rsidRDefault="00000000">
      <w:pPr>
        <w:spacing w:after="120"/>
      </w:pPr>
      <w:r>
        <w:rPr>
          <w:color w:val="5F6D7D"/>
          <w:sz w:val="16"/>
        </w:rPr>
        <w:t>Jak wyjazd wesprze Twój zespół, Instytut, projekty lub współpracę z partnerami zagranicznymi?</w:t>
      </w:r>
    </w:p>
    <w:p w14:paraId="0B6A288A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02A1DE39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16D6EB01" w14:textId="77777777" w:rsidR="004B01F6" w:rsidRDefault="00000000">
      <w:pPr>
        <w:spacing w:after="60"/>
      </w:pPr>
      <w:r>
        <w:rPr>
          <w:b/>
          <w:color w:val="153869"/>
          <w:sz w:val="20"/>
        </w:rPr>
        <w:t>5. Wykorzystanie i upowszechnienie rezultatów</w:t>
      </w:r>
    </w:p>
    <w:p w14:paraId="4E0244FB" w14:textId="77777777" w:rsidR="004B01F6" w:rsidRDefault="00000000">
      <w:pPr>
        <w:spacing w:after="120"/>
      </w:pPr>
      <w:r>
        <w:rPr>
          <w:color w:val="5F6D7D"/>
          <w:sz w:val="16"/>
        </w:rPr>
        <w:t>Jak wykorzystasz zdobytą wiedzę i w jaki sposób podzielisz się rezultatami po powrocie?</w:t>
      </w:r>
    </w:p>
    <w:p w14:paraId="481D23D4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20F46345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5A910D14" w14:textId="77777777" w:rsidR="004B01F6" w:rsidRDefault="00000000">
      <w:r>
        <w:br w:type="page"/>
      </w:r>
    </w:p>
    <w:p w14:paraId="09AFAF41" w14:textId="77777777" w:rsidR="004B01F6" w:rsidRDefault="00000000">
      <w:pPr>
        <w:spacing w:after="80"/>
      </w:pPr>
      <w:r>
        <w:rPr>
          <w:b/>
          <w:color w:val="2169AE"/>
        </w:rPr>
        <w:lastRenderedPageBreak/>
        <w:t>ERASMUS+  |  IChF PAN</w:t>
      </w:r>
    </w:p>
    <w:p w14:paraId="33E3152C" w14:textId="77777777" w:rsidR="004B01F6" w:rsidRDefault="00000000">
      <w:pPr>
        <w:spacing w:after="60"/>
      </w:pPr>
      <w:r>
        <w:rPr>
          <w:b/>
          <w:color w:val="153869"/>
          <w:sz w:val="36"/>
        </w:rPr>
        <w:t>Oświadczenia i akceptacje</w:t>
      </w:r>
    </w:p>
    <w:p w14:paraId="29B01A8B" w14:textId="77777777" w:rsidR="004B01F6" w:rsidRDefault="00000000">
      <w:pPr>
        <w:spacing w:after="240"/>
      </w:pPr>
      <w:r>
        <w:rPr>
          <w:color w:val="2169AE"/>
          <w:sz w:val="16"/>
        </w:rPr>
        <w:t>FORMULARZ ZGŁOSZENIA PLANOWANEJ MOBILNOŚCI  •  03 / 03</w:t>
      </w:r>
    </w:p>
    <w:p w14:paraId="63F70D00" w14:textId="77777777" w:rsidR="004B01F6" w:rsidRDefault="00000000">
      <w:pPr>
        <w:spacing w:after="140"/>
      </w:pPr>
      <w:r>
        <w:rPr>
          <w:b/>
          <w:color w:val="153869"/>
          <w:sz w:val="22"/>
        </w:rPr>
        <w:t>C. Oświadczenia uczestnika</w:t>
      </w:r>
    </w:p>
    <w:p w14:paraId="17BAB648" w14:textId="77777777" w:rsidR="004B01F6" w:rsidRDefault="00000000">
      <w:pPr>
        <w:spacing w:after="80"/>
      </w:pPr>
      <w:r>
        <w:t>☐  Potwierdzam, że informacje we wniosku są zgodne z moją aktualną wiedzą.</w:t>
      </w:r>
    </w:p>
    <w:p w14:paraId="70EFB69A" w14:textId="77777777" w:rsidR="004B01F6" w:rsidRDefault="00000000">
      <w:pPr>
        <w:spacing w:after="80"/>
      </w:pPr>
      <w:r>
        <w:t>☐  Zobowiązuję się uzgodnić dokumenty i formalności przed wyjazdem oraz dopełnić obowiązków po powrocie.</w:t>
      </w:r>
    </w:p>
    <w:p w14:paraId="373D38F8" w14:textId="77777777" w:rsidR="004B01F6" w:rsidRDefault="00000000">
      <w:pPr>
        <w:spacing w:after="80"/>
      </w:pPr>
      <w:r>
        <w:t>☐  Przyjmuję do wiadomości, że decyzja o finansowaniu zależy od kwalifikowalności mobilności, dostępności środków i wymaganych zgód.</w:t>
      </w:r>
    </w:p>
    <w:p w14:paraId="42BF41DC" w14:textId="77777777" w:rsidR="004B01F6" w:rsidRDefault="00000000">
      <w:pPr>
        <w:spacing w:after="60"/>
      </w:pPr>
      <w:r>
        <w:rPr>
          <w:b/>
        </w:rPr>
        <w:t>Data i podpis uczestnika:</w:t>
      </w:r>
    </w:p>
    <w:p w14:paraId="3E4E5E80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5F8C3C93" w14:textId="77777777" w:rsidR="004B01F6" w:rsidRDefault="00000000">
      <w:pPr>
        <w:spacing w:after="140"/>
      </w:pPr>
      <w:r>
        <w:rPr>
          <w:b/>
          <w:color w:val="153869"/>
          <w:sz w:val="22"/>
        </w:rPr>
        <w:t>D. Opinia i zgoda przełożonego / opiekuna</w:t>
      </w:r>
    </w:p>
    <w:p w14:paraId="21FCB8B5" w14:textId="77777777" w:rsidR="004B01F6" w:rsidRDefault="00000000">
      <w:r>
        <w:rPr>
          <w:b/>
        </w:rPr>
        <w:t>Ocena związku wyjazdu z obowiązkami lub planem kształcenia:</w:t>
      </w:r>
    </w:p>
    <w:p w14:paraId="7746C168" w14:textId="77777777" w:rsidR="004B01F6" w:rsidRDefault="00000000">
      <w:pPr>
        <w:spacing w:after="80"/>
      </w:pPr>
      <w:r>
        <w:t>☐  Popieram zgłoszenie     ☐  Nie popieram zgłoszenia     ☐  Wymaga wyjaśnienia</w:t>
      </w:r>
    </w:p>
    <w:p w14:paraId="7076A1D3" w14:textId="77777777" w:rsidR="004B01F6" w:rsidRDefault="00000000">
      <w:pPr>
        <w:spacing w:after="60"/>
      </w:pPr>
      <w:r>
        <w:rPr>
          <w:b/>
        </w:rPr>
        <w:t>Uwagi / uzasadnienie (opcjonalnie):</w:t>
      </w:r>
    </w:p>
    <w:p w14:paraId="122AFCFD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16382797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03538FBF" w14:textId="77777777" w:rsidR="004B01F6" w:rsidRDefault="00000000">
      <w:pPr>
        <w:spacing w:after="60"/>
      </w:pPr>
      <w:r>
        <w:rPr>
          <w:b/>
        </w:rPr>
        <w:t>Imię, nazwisko, funkcja, data i podpis:</w:t>
      </w:r>
    </w:p>
    <w:p w14:paraId="37BE353B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170CDDAC" w14:textId="77777777" w:rsidR="004B01F6" w:rsidRDefault="00000000">
      <w:pPr>
        <w:spacing w:after="140"/>
      </w:pPr>
      <w:r>
        <w:rPr>
          <w:b/>
          <w:color w:val="153869"/>
          <w:sz w:val="22"/>
        </w:rPr>
        <w:t>E. Weryfikacja przez koordynatora Erasmus+ (wypełnia IChF PAN)</w:t>
      </w:r>
    </w:p>
    <w:p w14:paraId="63A0D3AB" w14:textId="77777777" w:rsidR="004B01F6" w:rsidRDefault="00000000">
      <w:r>
        <w:rPr>
          <w:b/>
        </w:rPr>
        <w:t>Wstępna ocena kwalifikowalności:  ☐ Tak     ☐ Nie     ☐ Do wyjaśnienia</w:t>
      </w:r>
    </w:p>
    <w:p w14:paraId="2BE52C33" w14:textId="77777777" w:rsidR="004B01F6" w:rsidRDefault="00000000">
      <w:r>
        <w:rPr>
          <w:b/>
        </w:rPr>
        <w:t>Dostępność finansowania:  ☐ Potwierdzona     ☐ Brak     ☐ W trakcie weryfikacji</w:t>
      </w:r>
    </w:p>
    <w:p w14:paraId="11DD7BA5" w14:textId="77777777" w:rsidR="004B01F6" w:rsidRDefault="00000000">
      <w:pPr>
        <w:spacing w:after="60"/>
      </w:pPr>
      <w:r>
        <w:rPr>
          <w:b/>
        </w:rPr>
        <w:t>Projekt / numer umowy (jeżeli ustalono):</w:t>
      </w:r>
    </w:p>
    <w:p w14:paraId="78DD179E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54E00ED2" w14:textId="77777777" w:rsidR="004B01F6" w:rsidRDefault="00000000">
      <w:pPr>
        <w:spacing w:after="60"/>
      </w:pPr>
      <w:r>
        <w:rPr>
          <w:b/>
        </w:rPr>
        <w:t>Uwagi, wymagane uzupełnienia, szczególne warunki:</w:t>
      </w:r>
    </w:p>
    <w:p w14:paraId="32A56309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0DD51475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427E8B38" w14:textId="77777777" w:rsidR="004B01F6" w:rsidRDefault="00000000">
      <w:pPr>
        <w:spacing w:after="60"/>
      </w:pPr>
      <w:r>
        <w:rPr>
          <w:b/>
        </w:rPr>
        <w:t>Data i podpis koordynatora:</w:t>
      </w:r>
    </w:p>
    <w:p w14:paraId="0BAFBE76" w14:textId="77777777" w:rsidR="004B01F6" w:rsidRDefault="00000000">
      <w:pPr>
        <w:spacing w:after="140"/>
      </w:pPr>
      <w:r>
        <w:t>________________________________________________________________________________</w:t>
      </w:r>
    </w:p>
    <w:p w14:paraId="702A638B" w14:textId="77777777" w:rsidR="004B01F6" w:rsidRDefault="00000000">
      <w:pPr>
        <w:spacing w:after="120"/>
      </w:pPr>
      <w:r>
        <w:rPr>
          <w:color w:val="5F6D7D"/>
          <w:sz w:val="16"/>
        </w:rPr>
        <w:t>Po uzgodnieniu mobilności z koordynatorem należy złożyć odpowiedni wniosek w Dziale HR i uzyskać wszystkie wymagane zgody. Niniejszy formularz nie zastępuje dokumentów podróży służbowej ani dokumentacji Erasmus+.</w:t>
      </w:r>
    </w:p>
    <w:sectPr w:rsidR="004B01F6" w:rsidSect="00034616">
      <w:footerReference w:type="default" r:id="rId8"/>
      <w:pgSz w:w="12240" w:h="15840"/>
      <w:pgMar w:top="935" w:right="1191" w:bottom="85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4E51" w14:textId="77777777" w:rsidR="000508A8" w:rsidRDefault="000508A8">
      <w:pPr>
        <w:spacing w:after="0" w:line="240" w:lineRule="auto"/>
      </w:pPr>
      <w:r>
        <w:separator/>
      </w:r>
    </w:p>
  </w:endnote>
  <w:endnote w:type="continuationSeparator" w:id="0">
    <w:p w14:paraId="5C7E0B50" w14:textId="77777777" w:rsidR="000508A8" w:rsidRDefault="0005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448F" w14:textId="77777777" w:rsidR="004B01F6" w:rsidRDefault="00000000">
    <w:pPr>
      <w:pStyle w:val="Stopka"/>
      <w:jc w:val="center"/>
    </w:pPr>
    <w:proofErr w:type="spellStart"/>
    <w:r>
      <w:rPr>
        <w:color w:val="2169AE"/>
        <w:sz w:val="16"/>
      </w:rPr>
      <w:t>IChF</w:t>
    </w:r>
    <w:proofErr w:type="spellEnd"/>
    <w:r>
      <w:rPr>
        <w:color w:val="2169AE"/>
        <w:sz w:val="16"/>
      </w:rPr>
      <w:t xml:space="preserve"> PAN  •  Erasmus+  •  </w:t>
    </w:r>
    <w:proofErr w:type="spellStart"/>
    <w:r>
      <w:rPr>
        <w:color w:val="2169AE"/>
        <w:sz w:val="16"/>
      </w:rPr>
      <w:t>Formularz</w:t>
    </w:r>
    <w:proofErr w:type="spellEnd"/>
    <w:r>
      <w:rPr>
        <w:color w:val="2169AE"/>
        <w:sz w:val="16"/>
      </w:rPr>
      <w:t xml:space="preserve"> </w:t>
    </w:r>
    <w:proofErr w:type="spellStart"/>
    <w:r>
      <w:rPr>
        <w:color w:val="2169AE"/>
        <w:sz w:val="16"/>
      </w:rPr>
      <w:t>wewnętrzny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20533" w14:textId="77777777" w:rsidR="000508A8" w:rsidRDefault="000508A8">
      <w:pPr>
        <w:spacing w:after="0" w:line="240" w:lineRule="auto"/>
      </w:pPr>
      <w:r>
        <w:separator/>
      </w:r>
    </w:p>
  </w:footnote>
  <w:footnote w:type="continuationSeparator" w:id="0">
    <w:p w14:paraId="127AF713" w14:textId="77777777" w:rsidR="000508A8" w:rsidRDefault="00050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207848">
    <w:abstractNumId w:val="8"/>
  </w:num>
  <w:num w:numId="2" w16cid:durableId="213275589">
    <w:abstractNumId w:val="6"/>
  </w:num>
  <w:num w:numId="3" w16cid:durableId="1412192344">
    <w:abstractNumId w:val="5"/>
  </w:num>
  <w:num w:numId="4" w16cid:durableId="1068841121">
    <w:abstractNumId w:val="4"/>
  </w:num>
  <w:num w:numId="5" w16cid:durableId="140386961">
    <w:abstractNumId w:val="7"/>
  </w:num>
  <w:num w:numId="6" w16cid:durableId="707801481">
    <w:abstractNumId w:val="3"/>
  </w:num>
  <w:num w:numId="7" w16cid:durableId="611790814">
    <w:abstractNumId w:val="2"/>
  </w:num>
  <w:num w:numId="8" w16cid:durableId="750270297">
    <w:abstractNumId w:val="1"/>
  </w:num>
  <w:num w:numId="9" w16cid:durableId="88194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8A8"/>
    <w:rsid w:val="0006063C"/>
    <w:rsid w:val="0015074B"/>
    <w:rsid w:val="0029639D"/>
    <w:rsid w:val="00325DBF"/>
    <w:rsid w:val="00326F90"/>
    <w:rsid w:val="004B01F6"/>
    <w:rsid w:val="00AA1D8D"/>
    <w:rsid w:val="00B47730"/>
    <w:rsid w:val="00CB0664"/>
    <w:rsid w:val="00FC693F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F6138"/>
  <w14:defaultImageDpi w14:val="300"/>
  <w15:docId w15:val="{11ADA42C-9E5B-4D9B-92EE-78FDF1C1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color w:val="223246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750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Kapuścińska-Bernatek</cp:lastModifiedBy>
  <cp:revision>2</cp:revision>
  <dcterms:created xsi:type="dcterms:W3CDTF">2026-10-21T14:36:00Z</dcterms:created>
  <dcterms:modified xsi:type="dcterms:W3CDTF">2026-10-21T14:36:00Z</dcterms:modified>
  <cp:category/>
</cp:coreProperties>
</file>